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A3342C"/>
          <w:sz w:val="18"/>
        </w:rPr>
        <w:t>[예시] 이 파일은 홈페이지 시험용 예시 양식입니다. 학회 공식 투고양식으로 바뀝니다.</w:t>
      </w:r>
    </w:p>
    <w:p>
      <w:pPr>
        <w:spacing w:after="120"/>
        <w:jc w:val="center"/>
      </w:pPr>
      <w:r>
        <w:rPr>
          <w:b w:val="0"/>
          <w:sz w:val="18"/>
        </w:rPr>
        <w:t>『예술인문연구』 원고 양식</w:t>
      </w:r>
    </w:p>
    <w:p>
      <w:pPr>
        <w:spacing w:after="80"/>
        <w:jc w:val="center"/>
      </w:pPr>
      <w:r>
        <w:rPr>
          <w:b/>
          <w:sz w:val="32"/>
        </w:rPr>
        <w:t>논문 제목 (국문)</w:t>
      </w:r>
    </w:p>
    <w:p>
      <w:pPr>
        <w:spacing w:after="80"/>
        <w:jc w:val="center"/>
      </w:pPr>
      <w:r>
        <w:rPr>
          <w:b w:val="0"/>
          <w:sz w:val="24"/>
        </w:rPr>
        <w:t>부제가 있으면 여기에 적는다</w:t>
      </w:r>
    </w:p>
    <w:p>
      <w:pPr>
        <w:spacing w:after="360"/>
        <w:jc w:val="center"/>
      </w:pPr>
      <w:r>
        <w:rPr>
          <w:b w:val="0"/>
          <w:sz w:val="26"/>
        </w:rPr>
        <w:t>English Title of the Paper</w:t>
      </w:r>
    </w:p>
    <w:p>
      <w:pPr>
        <w:spacing w:after="360"/>
        <w:jc w:val="center"/>
      </w:pPr>
      <w:r>
        <w:rPr>
          <w:b w:val="0"/>
          <w:sz w:val="18"/>
        </w:rPr>
        <w:t>(투고논문 파일에는 저자명과 소속을 적지 않습니다. 저자 정보 파일에만 적습니다.)</w:t>
      </w:r>
    </w:p>
    <w:p>
      <w:pPr>
        <w:spacing w:after="120"/>
      </w:pPr>
      <w:r>
        <w:rPr>
          <w:b/>
          <w:sz w:val="22"/>
        </w:rPr>
        <w:t>국문 초록</w:t>
      </w:r>
    </w:p>
    <w:p>
      <w:pPr>
        <w:spacing w:after="120"/>
      </w:pPr>
      <w:r>
        <w:rPr>
          <w:b w:val="0"/>
        </w:rPr>
        <w:t>초록 내용을 적는다. 연구 목적, 방법, 결과, 의의를 한 문단으로 정리한다.</w:t>
      </w:r>
    </w:p>
    <w:p>
      <w:pPr>
        <w:spacing w:after="360"/>
      </w:pPr>
      <w:r>
        <w:rPr>
          <w:b w:val="0"/>
        </w:rPr>
        <w:t>주제어: 주제어1, 주제어2, 주제어3 (5개 이내)</w:t>
      </w:r>
    </w:p>
    <w:p>
      <w:pPr>
        <w:spacing w:after="120"/>
      </w:pPr>
      <w:r>
        <w:rPr>
          <w:b/>
          <w:sz w:val="24"/>
        </w:rPr>
        <w:t>Ⅰ. 서론</w:t>
      </w:r>
    </w:p>
    <w:p>
      <w:pPr>
        <w:spacing w:after="240"/>
      </w:pPr>
      <w:r>
        <w:rPr>
          <w:b w:val="0"/>
        </w:rPr>
        <w:t>연구의 배경과 목적, 선행연구, 연구 방법을 적는다.</w:t>
      </w:r>
    </w:p>
    <w:p>
      <w:pPr>
        <w:spacing w:after="120"/>
      </w:pPr>
      <w:r>
        <w:rPr>
          <w:b/>
          <w:sz w:val="24"/>
        </w:rPr>
        <w:t>Ⅱ. 본론</w:t>
      </w:r>
    </w:p>
    <w:p>
      <w:pPr>
        <w:spacing w:after="240"/>
      </w:pPr>
      <w:r>
        <w:rPr>
          <w:b w:val="0"/>
        </w:rPr>
        <w:t>장과 절은 Ⅰ, 1, 1), (1)의 순서로 나눈다.</w:t>
      </w:r>
    </w:p>
    <w:p>
      <w:pPr>
        <w:spacing w:after="120"/>
      </w:pPr>
      <w:r>
        <w:rPr>
          <w:b/>
          <w:sz w:val="24"/>
        </w:rPr>
        <w:t>Ⅲ. 결론</w:t>
      </w:r>
    </w:p>
    <w:p>
      <w:pPr>
        <w:spacing w:after="240"/>
      </w:pPr>
      <w:r>
        <w:rPr>
          <w:b w:val="0"/>
        </w:rPr>
        <w:t>연구 결과와 의의, 남은 과제를 적는다.</w:t>
      </w:r>
    </w:p>
    <w:p>
      <w:pPr>
        <w:spacing w:after="120"/>
      </w:pPr>
      <w:r>
        <w:rPr>
          <w:b/>
          <w:sz w:val="24"/>
        </w:rPr>
        <w:t>참고문헌</w:t>
      </w:r>
    </w:p>
    <w:p>
      <w:pPr>
        <w:spacing w:after="360"/>
      </w:pPr>
      <w:r>
        <w:rPr>
          <w:b w:val="0"/>
        </w:rPr>
        <w:t>저자, 『책 제목』, 출판사, 연도.</w:t>
        <w:br/>
        <w:t>저자, 「논문 제목」, 『학술지명』 권(호), 연도, 쪽.</w:t>
      </w:r>
    </w:p>
    <w:p>
      <w:pPr>
        <w:spacing w:after="120"/>
      </w:pPr>
      <w:r>
        <w:rPr>
          <w:b/>
          <w:sz w:val="24"/>
        </w:rPr>
        <w:t>Abstract</w:t>
      </w:r>
    </w:p>
    <w:p>
      <w:pPr>
        <w:spacing w:after="120"/>
      </w:pPr>
      <w:r>
        <w:rPr>
          <w:b w:val="0"/>
        </w:rPr>
        <w:t>English abstract within 250 words.</w:t>
      </w:r>
    </w:p>
    <w:p>
      <w:pPr>
        <w:spacing w:after="120"/>
      </w:pPr>
      <w:r>
        <w:rPr>
          <w:b w:val="0"/>
        </w:rPr>
        <w:t>Keywords: keyword1, keyword2, keyword3 (up to 5)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